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קיצורי מקלדת – קיצור קטן, חיסכון גדול ⌨️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קיצורי מקלדת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קיצורי מקלדת נפוצים ולדעת את השימוש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פעולה לקיצור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זריזות וזיהוי מהיר של קיצורים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קיצורים בסיסיים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Ctrl+C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Ctrl+V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Ctrl+X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 דווקא מבטל פעולה, לא חוזר עליה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העתקה משאירה את המקור ומוסיפה עותק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גזירה שומרת את הטקסט כדי שאפשר יהיה להדביק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הקיצור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V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Z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C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S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הפעולה לקיצור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(Ctrl+C)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(Ctrl+V)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(Ctrl+X)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(Ctrl+Z)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הנכון בתרגיל העתקה-הדבקה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מסמנים את הטקסט שרוצים להעתיק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לוחצים Ctrl+C כדי להעתיק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עוברים למקום שבו רוצים להדביק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לוחצים Ctrl+V כדי להדביק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הם חוסכים זמן ועוזרים לעבוד מהר יותר במחשב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לקיצור נכון עם הפעולה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העתקה משאירה מקור, גזירה מוחקת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מנומקת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התרגול כהכנה למשחק התחרות הכיתתית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בזוגות לפני המשחק כדי לחזק זיכרון מהיר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קיצורים נוספים כמו Ctrl+Y או Ctrl+F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קיצורי מקלדת – קיצור קטן, חיסכון גדול ⌨️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קיצורי מקלדת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במחשב אפשר לבצע פעולות רבות בעזרת שילובי מקשים במקום עכבר. בדף הזה נתרגל את הקיצורים הנפוצים ביותר כהכנה לתחרות הכיתתית.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V  ·  C  ·  S  ·  Z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קיצורים בסיסיים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הקיצור להעתקה?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Ctrl+C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Ctrl+V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Ctrl+X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הקיצור להדבקה?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Ctrl+Z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Ctrl+V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Ctrl+C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הקיצור לגזירה?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Ctrl+X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Ctrl+A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Ctrl+P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Ctrl+Z מבצע שוב פעולה שבוטלה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Ctrl+C מעתיק טקסט מבלי למחוק אותו מהמקור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Ctrl+X מוחק את הטקסט לגמרי בלי אפשרות להדביק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הקיצור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כדי להדביק טקסט שהעתקנו לוחצים Ctrl+__________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כדי לבטל פעולה אחרונה לוחצים Ctrl+__________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כדי להעתיק טקסט לוחצים Ctrl+__________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כדי לשמור קובץ לוחצים Ctrl+__________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הפעולה לקיצור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העתקה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Ctrl+Z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הדבקה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Ctrl+V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גזירה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Ctrl+C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ביטול פעולה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Ctrl+X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הפעולות הנכון בתרגיל העתקה-הדבקה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עוברים למקום שבו רוצים להדביק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מסמנים את הטקסט שרוצים להעתיק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לוחצים Ctrl+V כדי להדביק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לוחצים Ctrl+C כדי להעתיק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ותרגול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שמסביר למה כדאי להכיר קיצורי מקלדת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קיצור אחד שלמדתם היום ואת הפעולה שלו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העתקה לגזירה?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קיצורי מקלדת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