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ולדעת 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פעולה לקיצור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זריזות וזיהוי מהיר של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Ctrl+X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Ctrl+A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Ctrl+F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Ctrl+P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מבטל פעולה, לא חוזר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העתקה משאירה את המקור ומוסיפה עותק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גזירה שומרת את הטקסט כדי שאפשר יהיה להדביק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ההגדרה של קיצור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Ctrl+S משמש לשמירה, לא לפתיחה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Ctrl+A מסמן את כל הטקסט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X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הפעולה לקיצור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(Ctrl+C)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(Ctrl+V)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(Ctrl+X)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(Ctrl+Z)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(Ctrl+S)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(Ctrl+A)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בתרגיל העתקה-הדבקה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למקום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Ctrl+V כדי להדביק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הם חוסכים זמן ועוזרים לעבוד מהר יותר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Ctrl+Z כשטועים, Ctrl+S כדי לא לאבד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לקיצור נכון עם הפעולה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מקור, גזירה מוחקת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התרגול כהכנה למשחק התחרות הכיתתית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לפני המשחק כדי לחזק זיכרון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קיצורים נוספים כמו Ctrl+Y או Ctrl+F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במחשב יש כפתורים שעושים פעולות מהר. נלמד אותם ונתרגל לפני המשחק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של כמה מקשים שעושה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שמשתמשים בו ביחד עם מקשים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לשכפל טקסט או 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את מה שהעתקנו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טקסט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ביטול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אחורה בפעולה האחרונה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בחירת הכל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כל הטקסט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את הקובץ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קיצורים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כפתור מעתיק?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כפתור מדביק?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כפתור גוזר?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חוזרים אחורה?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מסמנים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שומרים קובץ?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מחפשים מילה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Ctrl+G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Ctrl+H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Ctrl+J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איך מדפיסים?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Ctrl+Z מבצע שוב פעולה שבוטלה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Ctrl+C מעתיק טקסט מבלי למחוק אותו מהמקור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Ctrl+X מוחק את הטקסט לגמרי בלי אפשרות להדביק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לבצע קיצור מקלדת בלחיצה על כמה מקשים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Ctrl+S משמש לפתיחת קובץ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Ctrl+A מסמן רק מילה אחת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את כל הטקסט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לגזור טקסט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הפעולה לקיצור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Ctrl+V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Ctrl+S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Ctrl+A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ביטול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Ctrl+X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Ctrl+C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בחירת הכל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Ctrl+Z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בתרגיל העתקה-הדבקה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Ctrl+C כדי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Ctrl+V כדי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הטקסט שרוצים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למקום שבו רוצים להדביק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למה כדאי להכיר קיצורי מקלדת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קיצורים מהדף וכתבו מתי כדאי להשתמש בכל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שלמדתם היום ואת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העתקה לגזירה?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הכי שימושי לדעתכם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