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קיצורי מקלדת נפוצים ולדעת את השימוש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פעולה לקיצור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זריזות וזיהוי מהיר של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קיצורים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Ctrl+X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Ctrl+Z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Ctrl+A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Ctrl+S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Ctrl+F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Ctrl+P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דווקא מבטל פעולה, לא חוזר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העתקה משאירה את המקור ומוסיפה עותק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גזירה שומרת את הטקסט כדי שאפשר יהיה להדביק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בדיוק ההגדרה של קיצור 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Ctrl+S משמש לשמירה, לא לפתיחה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Ctrl+A מסמן את כל הטקסט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A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X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הפעולה לקיצור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(Ctrl+C)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(Ctrl+V)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(Ctrl+X)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(Ctrl+Z)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(Ctrl+S)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(Ctrl+A)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 בתרגיל העתקה-הדבקה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מסמנים את הטקסט שרוצים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Ctrl+C כדי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עוברים למקום שבו רוצים להדביק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Ctrl+V כדי להדביק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הם חוסכים זמן ועוזרים לעבוד מהר יותר במחשב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Ctrl+Z כשטועים, Ctrl+S כדי לא לאבד 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לקיצור נכון עם הפעולה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העתקה משאירה מקור, גזירה מוחקת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התרגול כהכנה למשחק התחרות הכיתתית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לפני המשחק כדי לחזק זיכרון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קיצורים נוספים כמו Ctrl+Y או Ctrl+F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במחשב אפשר לבצע פעולות רבות בעזרת שילובי מקשים במקום עכבר. בדף הזה נתרגל את הקיצורים הנפוצים ביותר כהכנה לתחרות הכיתתית.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קיצורים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הקיצור להעתקה?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Ctrl+X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הקיצור להדבקה?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הקיצור לגזירה?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Ctrl+X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הקיצור לביטול פעולה אחרונה?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הקיצור לבחירת כל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הקיצור לשמירת קובץ?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Ctrl+O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הקיצור לחיפוש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Ctrl+G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Ctrl+H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Ctrl+J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הקיצור להדפסה?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Ctrl+T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Ctrl+Z מבצע שוב פעולה שבוטלה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Ctrl+C מעתיק טקסט מבלי למחוק אותו מהמקור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Ctrl+X מוחק את הטקסט לגמרי בלי אפשרות להדביק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לבצע קיצור מקלדת בלחיצה על כמה מקשים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Ctrl+S משמש לפתיחת קובץ 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Ctrl+A מסמן רק מילה אחת בדף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הקיצור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להדביק טקסט שהעתקנו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לבטל פעולה אחרונה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להעתיק טקסט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לשמור קובץ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לבחור את כל הטקסט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כדי לגזור טקסט לוחצים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הפעולה לקיצור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העתקה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Ctrl+X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הדבקה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Ctrl+C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Ctrl+A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ביטול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Ctrl+V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Ctrl+Z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בחירת הכל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Ctrl+S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הנכון בתרגיל העתקה-הדבקה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Ctrl+C כדי להעתיק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למקום שבו רוצים להדביק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Ctrl+V כדי להדביק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את הטקסט שרוצים להעתיק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למה כדאי להכיר קיצורי מקלדת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קיצורים מהדף וכתבו מתי כדאי להשתמש בכל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קיצור אחד שלמדתם היום ואת הפעולה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העתקה לגזירה?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קיצור הכי שימושי לדעתכם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